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Çalışan Temsilcisi Seçim / Görevlendirme Kaydı</w:t>
      </w:r>
    </w:p>
    <w:p>
      <w:r>
        <w:rPr>
          <w:color w:val="64748B"/>
          <w:sz w:val="21"/>
        </w:rPr>
        <w:t>Çalışan temsilcisinin belirlenmesi sürecini kayıt altına alma şablonu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KDO-İSG-14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38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İşyeri Çalışan Sayısı</w:t>
            </w:r>
          </w:p>
        </w:tc>
        <w:tc>
          <w:tcPr>
            <w:tcW w:type="dxa" w:w="249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Belirlenecek Temsilci Sayısı</w:t>
            </w:r>
          </w:p>
        </w:tc>
        <w:tc>
          <w:tcPr>
            <w:tcW w:type="dxa" w:w="249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Yöntem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</w:t>
            </w:r>
          </w:p>
        </w:tc>
      </w:tr>
      <w:tr>
        <w:tc>
          <w:tcPr>
            <w:tcW w:type="dxa" w:w="238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49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49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Seçim  ☐ Görevlendirme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Aday / Görevlendirilen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Bölüm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Oy / Gerekçe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Sonuç</w:t>
            </w:r>
          </w:p>
        </w:tc>
      </w:tr>
      <w:tr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r>
        <w:t>Sonuç / Görevlendirme Kararı:</w:t>
        <w:br/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323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İşveren / Vekili</w:t>
            </w:r>
          </w:p>
        </w:tc>
        <w:tc>
          <w:tcPr>
            <w:tcW w:type="dxa" w:w="323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Seçim / Tutanak Görevlileri</w:t>
            </w:r>
          </w:p>
        </w:tc>
        <w:tc>
          <w:tcPr>
            <w:tcW w:type="dxa" w:w="323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 Temsilcisi</w:t>
            </w:r>
          </w:p>
        </w:tc>
      </w:tr>
      <w:tr>
        <w:tc>
          <w:tcPr>
            <w:tcW w:type="dxa" w:w="323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 Soyad / İmza</w:t>
            </w:r>
          </w:p>
        </w:tc>
        <w:tc>
          <w:tcPr>
            <w:tcW w:type="dxa" w:w="323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 Soyad / İmza</w:t>
            </w:r>
          </w:p>
        </w:tc>
        <w:tc>
          <w:tcPr>
            <w:tcW w:type="dxa" w:w="323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Ad Soyad / İmza</w:t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md. 20</w:t>
      </w:r>
    </w:p>
    <w:p>
      <w:pPr>
        <w:pStyle w:val="ListBullet"/>
      </w:pPr>
      <w:r>
        <w:rPr>
          <w:sz w:val="17"/>
        </w:rPr>
        <w:t>İş Sağlığı ve Güvenliği ile İlgili Çalışan Temsilcisinin Nitelikleri ve Seçilme Usul ve Esaslarına İlişkin Tebliğ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